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760000" cy="320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0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80" w:before="160"/>
        <w:jc w:val="center"/>
      </w:pPr>
      <w:r>
        <w:rPr>
          <w:rFonts w:ascii="黑体" w:hAnsi="黑体" w:eastAsia="黑体"/>
          <w:b/>
          <w:sz w:val="44"/>
        </w:rPr>
        <w:t>面试完就"已读不回"？4步破冰，AI帮他把话说开了</w:t>
      </w:r>
    </w:p>
    <w:p>
      <w:pPr>
        <w:spacing w:line="360" w:lineRule="auto" w:after="240" w:before="0"/>
        <w:jc w:val="center"/>
      </w:pPr>
      <w:r>
        <w:rPr>
          <w:rFonts w:ascii="楷体" w:hAnsi="楷体" w:eastAsia="楷体"/>
          <w:b w:val="0"/>
          <w:color w:val="666666"/>
          <w:sz w:val="22"/>
        </w:rPr>
        <w:t>已读不回？AI一句话就破了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面试聊得挺好。薪酬一发出去，人消失了。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这不是你遇到的个例。这是招聘里概率最高的流失节点。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今天这篇文章，给你看一个真实案例：影子团队用AI招聘Agent做二次跟进，把一个已经沉默的应聘者，重新拉回了深度沟通。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不是群发话术。是一对一破冰。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你公司的招聘"黑洞时刻"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老板，你公司的招聘流程里，有没有这样一个"黑洞时刻"？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面试双方聊得很愉快。你认可他的能力，他也认可你的方向。HR把薪酬方案发过去，微信显示"已读"。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一天过去，没回复。 两天过去，依然沉默。 第三天，HR小心翼翼再发一条："您考虑得怎么样？"对方回了一句"还在考虑"。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然后，又沉默了。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然后，就没有然后了。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这不是个例。做过招聘的都懂——</w:t>
      </w:r>
      <w:r>
        <w:rPr>
          <w:rFonts w:ascii="宋体" w:hAnsi="宋体" w:eastAsia="宋体"/>
          <w:b/>
          <w:sz w:val="24"/>
        </w:rPr>
        <w:t>从面试通过到接受offer之间，存在一个巨大的信息真空期。</w:t>
      </w:r>
      <w:r>
        <w:rPr>
          <w:rFonts w:ascii="宋体" w:hAnsi="宋体" w:eastAsia="宋体"/>
          <w:b w:val="0"/>
          <w:sz w:val="24"/>
        </w:rPr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应聘者心里在想什么？是薪酬没到预期？是手上有别的offer在比？是家里人不同意？还是单纯忘了回？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你不知道。你的HR也不知道。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大多数HR的做法是：等。发一条礼貌的跟进，然后继续等。因为他们害怕——问多了像催促施压，问少了人可能就跑了。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这个尺度，靠经验，靠感觉，靠运气。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结果呢？一个面试聊得挺好的候选人，就这么跟丢了。重新招，又是一个月。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这一个月的岗位空缺成本，你算过吗？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975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7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四步破冰，AI帮他开口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影子团队最近跑了一个招聘场景的真实案例。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场景还原：面试通过后，HR将薪酬方案发给应聘者。消息已读，但对方没有回复。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按传统流程，HR能做的就两件事：再发一条跟进消息，然后等。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影子团队的做法不一样——让招聘Agent接手二次跟进。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注意，不是群发模板话术。不是"亲，考虑得怎么样啦"的机械推送。而是基于这位应聘者的面试表现、岗位匹配度、可能的顾虑点，由AI自动生成一套有针对性的沟通方案。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整个过程分为四个阶段：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第一阶段：破冰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不催促，不施压，不谈薪酬。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只做一件事——重新建立连接。话术的核心逻辑是：我关注到你，我理解你在考虑，我尊重你的节奏。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对方在沉默多日后，回复了。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第二阶段：深入引导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破冰之后，Agent没有急着推进谈offer，而是引导对方说出真实想法。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关键区别在于问法。不是问"你接不接受这个薪酬"，而是问"你在考虑的因素里，哪个对你最重要"。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对方主动说出了自己的真实顾虑——不是薪酬数字的问题，是对岗位发展空间的担忧。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94804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4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第三阶段：针对性回应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知道真实顾虑，回应就有方向了。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Agent结合面试中了解到的这位候选人的优势和倾向，生成针对性回应——不是画大饼式的承诺，而是基于公司和岗位实际情况的客观说明。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对方的顾虑得到正面回应，沟通从"HR单向试探"变成了"双方对等交流"。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第四阶段：关系收束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不是"再不签就没了"的逼单，而是保持专业友好的态度，给双方留下后续空间。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话术的逻辑是：我们认可你。无论你最终怎么选择，这扇门开着。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应聘者表达了继续沟通的意愿。双方建立了信任基础。即便这次没有立即入职，这条关系链没有断。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85276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52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一整套下来，沉默打破了，真实顾虑问出来了，针对性回应到位了，专业形象保持了。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207333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073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三个不依赖技术的改进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看完这个案例，你可能想问：我们公司没有AI招聘Agent，我能做什么？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以下是三个不依赖技术、老板自己就能推动的改进：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第一，把"等"变成"理解"。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大多数HR的跟进只有一种话术："您考虑得怎么样"。这句话的问题在于——它把沟通压力推给了对方，对方大概率不知道怎么回。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换一种问法："上次聊完之后，您对哪个方面比较关心？是薪酬结构、团队氛围、还是发展空间？我帮您详细说明。"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这句话把"你考虑"变成了"我帮你"，应聘者更容易开口。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第二，问真实顾虑，不问表面答案。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很多HR不敢深问，怕触碰到敏感的薪酬话题。但实际上，薪酬只是表面原因。真正让应聘者犹豫的往往是：岗位成长性、直属领导风格、公司稳定性、通勤成本、家人意见。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不把这些真实顾虑问出来，你只会在表面问题上反复拉锯。问深一层，反而能更快找到共识。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第三，把每次跟进变成长期关系建设。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一个人今天不入职，不代表以后不入职。更不代表他不会向朋友推荐你的公司。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每次跟进，无论结果如何，保持专业和尊重。你建立的不是一次交易关系，是一个行业口碑。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品牌信任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影子团队专注企业AI应用落地。从竞品调研到客户分析，从内容生产到招聘流程——我们用AI解决那些"重复但需要判断力"的工作环节。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招聘二次跟进，就是典型的"需要判断力"的重复工作。每个候选人的情况不同，不能用同一套话术。每个HR的时间有限，不可能为每个人手动定制。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AI招聘Agent解决了这个矛盾：用结构化流程保证专业度，用个性化生成保证针对性。不替代HR，但让HR的效率翻倍。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结尾引导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你的招聘流程里，有多少个优秀的候选人是在"沉默期"流失的？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加微信发送"招聘跟进"，免费获取一次招聘跟进诊断。帮你分析你的招聘流程，找出最容易丢人的环节。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影子团队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专注企业AI应用落地 不画饼，跑数据。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